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CEA48" w14:textId="77777777" w:rsidR="003B2AD2" w:rsidRDefault="00A12F24">
      <w:pPr>
        <w:pStyle w:val="Title"/>
        <w:jc w:val="center"/>
      </w:pPr>
      <w:r>
        <w:t>CCS Honor Coach Nomination Template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792"/>
      </w:tblGrid>
      <w:tr w:rsidR="003B2AD2" w14:paraId="03BC7D96" w14:textId="77777777">
        <w:trPr>
          <w:jc w:val="center"/>
        </w:trPr>
        <w:tc>
          <w:tcPr>
            <w:tcW w:w="9792" w:type="dxa"/>
            <w:shd w:val="clear" w:color="auto" w:fill="EAF2F8"/>
            <w:tcMar>
              <w:top w:w="110" w:type="dxa"/>
              <w:left w:w="110" w:type="dxa"/>
              <w:bottom w:w="110" w:type="dxa"/>
              <w:right w:w="110" w:type="dxa"/>
            </w:tcMar>
            <w:vAlign w:val="center"/>
          </w:tcPr>
          <w:p w14:paraId="532D1647" w14:textId="77777777" w:rsidR="003B2AD2" w:rsidRDefault="00A12F24">
            <w:pPr>
              <w:pStyle w:val="Body"/>
            </w:pPr>
            <w:r>
              <w:rPr>
                <w:b/>
              </w:rPr>
              <w:t xml:space="preserve">How to use this template: </w:t>
            </w:r>
            <w:r>
              <w:t xml:space="preserve">Replace bracketed placeholders with coach-specific information. Keep the narrative focused on </w:t>
            </w:r>
            <w:r>
              <w:rPr>
                <w:b/>
              </w:rPr>
              <w:t>character, professionalism, service, impact on athletes, and community leadership</w:t>
            </w:r>
            <w:r>
              <w:t xml:space="preserve"> - not just championships.</w:t>
            </w:r>
          </w:p>
        </w:tc>
      </w:tr>
    </w:tbl>
    <w:p w14:paraId="712A8429" w14:textId="77777777" w:rsidR="003B2AD2" w:rsidRDefault="00A12F24">
      <w:pPr>
        <w:pStyle w:val="SectionHead"/>
      </w:pPr>
      <w:r>
        <w:t>1) Core Submission Information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844"/>
        <w:gridCol w:w="6804"/>
      </w:tblGrid>
      <w:tr w:rsidR="003B2AD2" w14:paraId="248C2B6C" w14:textId="77777777" w:rsidTr="00CF0303">
        <w:trPr>
          <w:trHeight w:val="314"/>
          <w:jc w:val="center"/>
        </w:trPr>
        <w:tc>
          <w:tcPr>
            <w:tcW w:w="2844" w:type="dxa"/>
            <w:shd w:val="clear" w:color="auto" w:fill="D9EAF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1CFA3B" w14:textId="21BFC6A8" w:rsidR="003B2AD2" w:rsidRPr="00CF0303" w:rsidRDefault="00CF0303" w:rsidP="00CF0303">
            <w:pPr>
              <w:pStyle w:val="Body"/>
              <w:rPr>
                <w:b/>
                <w:bCs/>
              </w:rPr>
            </w:pPr>
            <w:r>
              <w:rPr>
                <w:b/>
                <w:bCs/>
              </w:rPr>
              <w:t xml:space="preserve"> Date:</w:t>
            </w:r>
          </w:p>
        </w:tc>
        <w:tc>
          <w:tcPr>
            <w:tcW w:w="680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B85B1C" w14:textId="3409E9EF" w:rsidR="003B2AD2" w:rsidRDefault="00A12F24">
            <w:pPr>
              <w:pStyle w:val="Body"/>
            </w:pPr>
            <w:r>
              <w:t>[NAME]</w:t>
            </w:r>
          </w:p>
        </w:tc>
      </w:tr>
      <w:tr w:rsidR="00CF0303" w14:paraId="20C7F5EE" w14:textId="77777777" w:rsidTr="00CF0303">
        <w:trPr>
          <w:trHeight w:val="584"/>
          <w:jc w:val="center"/>
        </w:trPr>
        <w:tc>
          <w:tcPr>
            <w:tcW w:w="2844" w:type="dxa"/>
            <w:shd w:val="clear" w:color="auto" w:fill="D9EAF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C330B6" w14:textId="2A6583FC" w:rsidR="00CF0303" w:rsidRPr="00CF0303" w:rsidRDefault="00CF0303" w:rsidP="00CF0303">
            <w:pPr>
              <w:pStyle w:val="Body"/>
              <w:rPr>
                <w:b/>
                <w:bCs/>
              </w:rPr>
            </w:pPr>
            <w:r w:rsidRPr="00CF0303">
              <w:rPr>
                <w:b/>
                <w:bCs/>
              </w:rPr>
              <w:t>Person submitting this Nomination</w:t>
            </w:r>
          </w:p>
        </w:tc>
        <w:tc>
          <w:tcPr>
            <w:tcW w:w="680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3080BF" w14:textId="13852DB8" w:rsidR="00CF0303" w:rsidRDefault="00CF0303" w:rsidP="00CF0303">
            <w:pPr>
              <w:pStyle w:val="Body"/>
            </w:pPr>
            <w:r>
              <w:t>[NAME]</w:t>
            </w:r>
          </w:p>
        </w:tc>
      </w:tr>
      <w:tr w:rsidR="00CF0303" w14:paraId="53342CB5" w14:textId="77777777" w:rsidTr="00CF0303">
        <w:trPr>
          <w:jc w:val="center"/>
        </w:trPr>
        <w:tc>
          <w:tcPr>
            <w:tcW w:w="2844" w:type="dxa"/>
            <w:shd w:val="clear" w:color="auto" w:fill="D9EAF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E54ABB" w14:textId="2E719700" w:rsidR="00CF0303" w:rsidRDefault="00CF0303" w:rsidP="00CF0303">
            <w:pPr>
              <w:pStyle w:val="Body"/>
              <w:rPr>
                <w:b/>
              </w:rPr>
            </w:pPr>
            <w:r>
              <w:rPr>
                <w:b/>
              </w:rPr>
              <w:t>Nominee Name</w:t>
            </w:r>
          </w:p>
        </w:tc>
        <w:tc>
          <w:tcPr>
            <w:tcW w:w="680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70B748" w14:textId="56BAB763" w:rsidR="00CF0303" w:rsidRDefault="00CF0303" w:rsidP="00CF0303">
            <w:pPr>
              <w:pStyle w:val="Body"/>
            </w:pPr>
            <w:r>
              <w:t>[NOMINEE NAME]</w:t>
            </w:r>
          </w:p>
        </w:tc>
      </w:tr>
      <w:tr w:rsidR="009757AD" w14:paraId="7282B008" w14:textId="77777777" w:rsidTr="00CF0303">
        <w:trPr>
          <w:jc w:val="center"/>
        </w:trPr>
        <w:tc>
          <w:tcPr>
            <w:tcW w:w="2844" w:type="dxa"/>
            <w:shd w:val="clear" w:color="auto" w:fill="D9EAF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2A8807" w14:textId="31A316B2" w:rsidR="009757AD" w:rsidRDefault="00AC47A2">
            <w:pPr>
              <w:pStyle w:val="Body"/>
              <w:rPr>
                <w:b/>
              </w:rPr>
            </w:pPr>
            <w:r>
              <w:rPr>
                <w:b/>
              </w:rPr>
              <w:t xml:space="preserve">Nominee </w:t>
            </w:r>
            <w:r w:rsidR="009757AD">
              <w:rPr>
                <w:b/>
              </w:rPr>
              <w:t>Contact info (e-mail)</w:t>
            </w:r>
          </w:p>
        </w:tc>
        <w:tc>
          <w:tcPr>
            <w:tcW w:w="680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B16529" w14:textId="77777777" w:rsidR="009757AD" w:rsidRDefault="009757AD">
            <w:pPr>
              <w:pStyle w:val="Body"/>
            </w:pPr>
          </w:p>
        </w:tc>
      </w:tr>
      <w:tr w:rsidR="003B2AD2" w14:paraId="3BC5B711" w14:textId="77777777" w:rsidTr="00CF0303">
        <w:trPr>
          <w:jc w:val="center"/>
        </w:trPr>
        <w:tc>
          <w:tcPr>
            <w:tcW w:w="2844" w:type="dxa"/>
            <w:shd w:val="clear" w:color="auto" w:fill="D9EAF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6A9771" w14:textId="77777777" w:rsidR="003B2AD2" w:rsidRDefault="00A12F24">
            <w:pPr>
              <w:pStyle w:val="Body"/>
            </w:pPr>
            <w:r>
              <w:rPr>
                <w:b/>
              </w:rPr>
              <w:t>Sport / Gender</w:t>
            </w:r>
          </w:p>
        </w:tc>
        <w:tc>
          <w:tcPr>
            <w:tcW w:w="680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408F4A" w14:textId="77777777" w:rsidR="003B2AD2" w:rsidRDefault="00A12F24">
            <w:pPr>
              <w:pStyle w:val="Body"/>
            </w:pPr>
            <w:r>
              <w:t>[SPORT / GENDER]</w:t>
            </w:r>
          </w:p>
        </w:tc>
      </w:tr>
      <w:tr w:rsidR="003B2AD2" w14:paraId="4AC37D5D" w14:textId="77777777" w:rsidTr="00CF0303">
        <w:trPr>
          <w:jc w:val="center"/>
        </w:trPr>
        <w:tc>
          <w:tcPr>
            <w:tcW w:w="2844" w:type="dxa"/>
            <w:shd w:val="clear" w:color="auto" w:fill="D9EAF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0CCEF5" w14:textId="77777777" w:rsidR="003B2AD2" w:rsidRDefault="00A12F24">
            <w:pPr>
              <w:pStyle w:val="Body"/>
            </w:pPr>
            <w:r>
              <w:rPr>
                <w:b/>
              </w:rPr>
              <w:t>School</w:t>
            </w:r>
          </w:p>
        </w:tc>
        <w:tc>
          <w:tcPr>
            <w:tcW w:w="680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6C674B" w14:textId="77777777" w:rsidR="003B2AD2" w:rsidRDefault="00A12F24">
            <w:pPr>
              <w:pStyle w:val="Body"/>
            </w:pPr>
            <w:r>
              <w:t>[SCHOOL]</w:t>
            </w:r>
          </w:p>
        </w:tc>
      </w:tr>
      <w:tr w:rsidR="003B2AD2" w14:paraId="79FA3941" w14:textId="77777777" w:rsidTr="00CF0303">
        <w:trPr>
          <w:jc w:val="center"/>
        </w:trPr>
        <w:tc>
          <w:tcPr>
            <w:tcW w:w="2844" w:type="dxa"/>
            <w:shd w:val="clear" w:color="auto" w:fill="D9EAF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AD3FD0" w14:textId="77777777" w:rsidR="003B2AD2" w:rsidRDefault="00A12F24">
            <w:pPr>
              <w:pStyle w:val="Body"/>
            </w:pPr>
            <w:r>
              <w:rPr>
                <w:b/>
              </w:rPr>
              <w:t>Years of Varsity Coaching</w:t>
            </w:r>
          </w:p>
        </w:tc>
        <w:tc>
          <w:tcPr>
            <w:tcW w:w="680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75DF09" w14:textId="77777777" w:rsidR="003B2AD2" w:rsidRDefault="00A12F24">
            <w:pPr>
              <w:pStyle w:val="Body"/>
            </w:pPr>
            <w:r>
              <w:t>[YEARS OF VARSITY COACHING]</w:t>
            </w:r>
          </w:p>
        </w:tc>
      </w:tr>
      <w:tr w:rsidR="003B2AD2" w14:paraId="25EF52AA" w14:textId="77777777" w:rsidTr="00CF0303">
        <w:trPr>
          <w:jc w:val="center"/>
        </w:trPr>
        <w:tc>
          <w:tcPr>
            <w:tcW w:w="2844" w:type="dxa"/>
            <w:shd w:val="clear" w:color="auto" w:fill="D9EAF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735C6A" w14:textId="77777777" w:rsidR="003B2AD2" w:rsidRDefault="00A12F24">
            <w:pPr>
              <w:pStyle w:val="Body"/>
            </w:pPr>
            <w:r>
              <w:rPr>
                <w:b/>
              </w:rPr>
              <w:t>Current Role / Status</w:t>
            </w:r>
          </w:p>
        </w:tc>
        <w:tc>
          <w:tcPr>
            <w:tcW w:w="680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AD1444" w14:textId="77777777" w:rsidR="003B2AD2" w:rsidRDefault="00A12F24">
            <w:pPr>
              <w:pStyle w:val="Body"/>
            </w:pPr>
            <w:r>
              <w:t>[CURRENT ROLE / STATUS]</w:t>
            </w:r>
          </w:p>
        </w:tc>
      </w:tr>
      <w:tr w:rsidR="003B2AD2" w14:paraId="7F2C9777" w14:textId="77777777" w:rsidTr="00CF0303">
        <w:trPr>
          <w:jc w:val="center"/>
        </w:trPr>
        <w:tc>
          <w:tcPr>
            <w:tcW w:w="2844" w:type="dxa"/>
            <w:shd w:val="clear" w:color="auto" w:fill="D9EAF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43150E" w14:textId="77777777" w:rsidR="003B2AD2" w:rsidRDefault="00A12F24">
            <w:pPr>
              <w:pStyle w:val="Body"/>
            </w:pPr>
            <w:r>
              <w:rPr>
                <w:b/>
              </w:rPr>
              <w:t>Eligibility Check</w:t>
            </w:r>
          </w:p>
        </w:tc>
        <w:tc>
          <w:tcPr>
            <w:tcW w:w="680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8B96FF" w14:textId="77777777" w:rsidR="003B2AD2" w:rsidRDefault="00A12F24">
            <w:pPr>
              <w:pStyle w:val="Body"/>
            </w:pPr>
            <w:r>
              <w:t>[ELIGIBILITY CHECK]</w:t>
            </w:r>
          </w:p>
        </w:tc>
      </w:tr>
    </w:tbl>
    <w:p w14:paraId="6CBBA078" w14:textId="77777777" w:rsidR="003B2AD2" w:rsidRDefault="00A12F24">
      <w:pPr>
        <w:pStyle w:val="SectionHead"/>
      </w:pPr>
      <w:r>
        <w:t>2) High School Coaching History</w:t>
      </w:r>
    </w:p>
    <w:p w14:paraId="75081F8A" w14:textId="77777777" w:rsidR="003B2AD2" w:rsidRDefault="00A12F24">
      <w:pPr>
        <w:pStyle w:val="Body"/>
      </w:pPr>
      <w:r>
        <w:rPr>
          <w:b/>
        </w:rPr>
        <w:t xml:space="preserve">Use a clean, chronological snapshot of the coach’s role progression. Example format: </w:t>
      </w:r>
      <w:r>
        <w:t>“Joined the staff in [YEAR]; became head coach in [YEAR]; currently serves as [ROLE].”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304"/>
        <w:gridCol w:w="7344"/>
      </w:tblGrid>
      <w:tr w:rsidR="003B2AD2" w14:paraId="01621A7D" w14:textId="77777777">
        <w:trPr>
          <w:jc w:val="center"/>
        </w:trPr>
        <w:tc>
          <w:tcPr>
            <w:tcW w:w="2304" w:type="dxa"/>
            <w:shd w:val="clear" w:color="auto" w:fill="D9EAF7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3AEEC64" w14:textId="77777777" w:rsidR="003B2AD2" w:rsidRDefault="00A12F24">
            <w:pPr>
              <w:pStyle w:val="Body"/>
            </w:pPr>
            <w:r>
              <w:rPr>
                <w:b/>
              </w:rPr>
              <w:t>Years / Period</w:t>
            </w:r>
          </w:p>
        </w:tc>
        <w:tc>
          <w:tcPr>
            <w:tcW w:w="7344" w:type="dxa"/>
            <w:shd w:val="clear" w:color="auto" w:fill="D9EAF7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8AF8A85" w14:textId="77777777" w:rsidR="003B2AD2" w:rsidRDefault="00A12F24">
            <w:pPr>
              <w:pStyle w:val="Body"/>
            </w:pPr>
            <w:r>
              <w:rPr>
                <w:b/>
              </w:rPr>
              <w:t>Role / Milestone</w:t>
            </w:r>
          </w:p>
        </w:tc>
      </w:tr>
      <w:tr w:rsidR="003B2AD2" w14:paraId="0A442CAC" w14:textId="77777777">
        <w:trPr>
          <w:jc w:val="center"/>
        </w:trPr>
        <w:tc>
          <w:tcPr>
            <w:tcW w:w="2304" w:type="dxa"/>
          </w:tcPr>
          <w:p w14:paraId="2B9EDECA" w14:textId="77777777" w:rsidR="003B2AD2" w:rsidRDefault="00A12F24">
            <w:pPr>
              <w:pStyle w:val="Body"/>
            </w:pPr>
            <w:r>
              <w:t>[YYYY-YYYY]</w:t>
            </w:r>
          </w:p>
        </w:tc>
        <w:tc>
          <w:tcPr>
            <w:tcW w:w="7344" w:type="dxa"/>
          </w:tcPr>
          <w:p w14:paraId="08D5B9C3" w14:textId="77777777" w:rsidR="003B2AD2" w:rsidRDefault="00A12F24">
            <w:pPr>
              <w:pStyle w:val="Body"/>
            </w:pPr>
            <w:r>
              <w:t>[Assistant / Head Coach / Program Builder / etc.]</w:t>
            </w:r>
          </w:p>
        </w:tc>
      </w:tr>
    </w:tbl>
    <w:p w14:paraId="74726E80" w14:textId="77777777" w:rsidR="003B2AD2" w:rsidRDefault="00A12F24">
      <w:pPr>
        <w:pStyle w:val="Small"/>
      </w:pPr>
      <w:r>
        <w:t>Add rows as needed for additional years or role changes.</w:t>
      </w:r>
    </w:p>
    <w:p w14:paraId="65062CE8" w14:textId="77777777" w:rsidR="003B2AD2" w:rsidRDefault="00A12F24">
      <w:pPr>
        <w:pStyle w:val="SectionHead"/>
      </w:pPr>
      <w:r>
        <w:t>3) Notable Accomplishments</w:t>
      </w:r>
    </w:p>
    <w:p w14:paraId="38F5A0DD" w14:textId="143A8B08" w:rsidR="003B2AD2" w:rsidRDefault="00A12F24">
      <w:pPr>
        <w:pStyle w:val="Body"/>
      </w:pPr>
      <w:r>
        <w:rPr>
          <w:b/>
        </w:rPr>
        <w:t xml:space="preserve">List </w:t>
      </w:r>
      <w:r w:rsidR="00CF0303">
        <w:rPr>
          <w:b/>
        </w:rPr>
        <w:t>4</w:t>
      </w:r>
      <w:r>
        <w:rPr>
          <w:b/>
        </w:rPr>
        <w:t>-</w:t>
      </w:r>
      <w:r w:rsidR="005E6FCB">
        <w:rPr>
          <w:b/>
        </w:rPr>
        <w:t>6</w:t>
      </w:r>
      <w:r>
        <w:rPr>
          <w:b/>
        </w:rPr>
        <w:t xml:space="preserve"> strongest items. </w:t>
      </w:r>
      <w:r>
        <w:t>Mix competitive success with program growth, culture change, athlete development, and historic milestones.</w:t>
      </w:r>
    </w:p>
    <w:p w14:paraId="42291D4B" w14:textId="77777777" w:rsidR="003B2AD2" w:rsidRDefault="00A12F24">
      <w:pPr>
        <w:pStyle w:val="Body"/>
        <w:ind w:left="288"/>
      </w:pPr>
      <w:r>
        <w:t>• [League / section / state milestone]</w:t>
      </w:r>
    </w:p>
    <w:p w14:paraId="3E55AC60" w14:textId="77777777" w:rsidR="003B2AD2" w:rsidRDefault="00A12F24">
      <w:pPr>
        <w:pStyle w:val="Body"/>
        <w:ind w:left="288"/>
      </w:pPr>
      <w:r>
        <w:t>• [Program-building accomplishment: growth, culture turnaround, participation increase]</w:t>
      </w:r>
    </w:p>
    <w:p w14:paraId="77C2A874" w14:textId="77777777" w:rsidR="003B2AD2" w:rsidRDefault="00A12F24">
      <w:pPr>
        <w:pStyle w:val="Body"/>
        <w:ind w:left="288"/>
      </w:pPr>
      <w:r>
        <w:t>• [Athlete-development accomplishment: finalists, scholarship athletes, record setters, etc.]</w:t>
      </w:r>
    </w:p>
    <w:p w14:paraId="01C55238" w14:textId="77777777" w:rsidR="003B2AD2" w:rsidRDefault="00A12F24">
      <w:pPr>
        <w:pStyle w:val="Body"/>
        <w:ind w:left="288"/>
      </w:pPr>
      <w:r>
        <w:lastRenderedPageBreak/>
        <w:t>• [Longevity / consistency marker]</w:t>
      </w:r>
    </w:p>
    <w:p w14:paraId="09EFED5D" w14:textId="77777777" w:rsidR="003B2AD2" w:rsidRDefault="00A12F24">
      <w:pPr>
        <w:pStyle w:val="SectionHead"/>
      </w:pPr>
      <w:r>
        <w:t>4) School and Community Leadership</w:t>
      </w:r>
    </w:p>
    <w:p w14:paraId="5471B30C" w14:textId="77777777" w:rsidR="003B2AD2" w:rsidRDefault="00A12F24">
      <w:pPr>
        <w:pStyle w:val="Body"/>
      </w:pPr>
      <w:r>
        <w:rPr>
          <w:b/>
        </w:rPr>
        <w:t xml:space="preserve">This section matters. </w:t>
      </w:r>
      <w:r>
        <w:t>Capture service beyond the scoreboard: teaching, mentoring, campus leadership, youth outreach, service work, volunteer roles, fundraising, inclusion efforts, or work that strengthens the school and wider community.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024"/>
        <w:gridCol w:w="6624"/>
      </w:tblGrid>
      <w:tr w:rsidR="003B2AD2" w14:paraId="41AFD337" w14:textId="77777777">
        <w:trPr>
          <w:jc w:val="center"/>
        </w:trPr>
        <w:tc>
          <w:tcPr>
            <w:tcW w:w="3024" w:type="dxa"/>
            <w:shd w:val="clear" w:color="auto" w:fill="D9EAF7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28EEAEEA" w14:textId="77777777" w:rsidR="003B2AD2" w:rsidRDefault="00A12F24">
            <w:pPr>
              <w:pStyle w:val="Body"/>
            </w:pPr>
            <w:r>
              <w:rPr>
                <w:b/>
              </w:rPr>
              <w:t>School Leadership / Service</w:t>
            </w:r>
          </w:p>
        </w:tc>
        <w:tc>
          <w:tcPr>
            <w:tcW w:w="6624" w:type="dxa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67B91036" w14:textId="77777777" w:rsidR="003B2AD2" w:rsidRDefault="00A12F24">
            <w:pPr>
              <w:pStyle w:val="Body"/>
            </w:pPr>
            <w:r>
              <w:t>[Department chair, teacher, mentor, dean, residential life, committee work, etc.]</w:t>
            </w:r>
          </w:p>
        </w:tc>
      </w:tr>
      <w:tr w:rsidR="003B2AD2" w14:paraId="6AD4AAF0" w14:textId="77777777">
        <w:trPr>
          <w:jc w:val="center"/>
        </w:trPr>
        <w:tc>
          <w:tcPr>
            <w:tcW w:w="3024" w:type="dxa"/>
            <w:shd w:val="clear" w:color="auto" w:fill="D9EAF7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1146B887" w14:textId="77777777" w:rsidR="003B2AD2" w:rsidRDefault="00A12F24">
            <w:pPr>
              <w:pStyle w:val="Body"/>
            </w:pPr>
            <w:r>
              <w:rPr>
                <w:b/>
              </w:rPr>
              <w:t>Community Involvement</w:t>
            </w:r>
          </w:p>
        </w:tc>
        <w:tc>
          <w:tcPr>
            <w:tcW w:w="6624" w:type="dxa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6121DAD3" w14:textId="77777777" w:rsidR="003B2AD2" w:rsidRDefault="00A12F24">
            <w:pPr>
              <w:pStyle w:val="Body"/>
            </w:pPr>
            <w:r>
              <w:t>[Clinics, local youth sports, volunteer organizations, nonprofit work, service efforts, etc.]</w:t>
            </w:r>
          </w:p>
        </w:tc>
      </w:tr>
      <w:tr w:rsidR="003B2AD2" w14:paraId="132AE15B" w14:textId="77777777">
        <w:trPr>
          <w:jc w:val="center"/>
        </w:trPr>
        <w:tc>
          <w:tcPr>
            <w:tcW w:w="3024" w:type="dxa"/>
            <w:shd w:val="clear" w:color="auto" w:fill="D9EAF7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7BAEB4AA" w14:textId="77777777" w:rsidR="003B2AD2" w:rsidRDefault="00A12F24">
            <w:pPr>
              <w:pStyle w:val="Body"/>
            </w:pPr>
            <w:r>
              <w:rPr>
                <w:b/>
              </w:rPr>
              <w:t>Professional Reputation</w:t>
            </w:r>
          </w:p>
        </w:tc>
        <w:tc>
          <w:tcPr>
            <w:tcW w:w="6624" w:type="dxa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7855EB25" w14:textId="77777777" w:rsidR="003B2AD2" w:rsidRDefault="00A12F24">
            <w:pPr>
              <w:pStyle w:val="Body"/>
            </w:pPr>
            <w:r>
              <w:t>[How peers, families, officials, and athletes describe the coach]</w:t>
            </w:r>
          </w:p>
        </w:tc>
      </w:tr>
      <w:tr w:rsidR="003B2AD2" w14:paraId="34A34992" w14:textId="77777777">
        <w:trPr>
          <w:jc w:val="center"/>
        </w:trPr>
        <w:tc>
          <w:tcPr>
            <w:tcW w:w="3024" w:type="dxa"/>
            <w:shd w:val="clear" w:color="auto" w:fill="D9EAF7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6F141DB9" w14:textId="77777777" w:rsidR="003B2AD2" w:rsidRDefault="00A12F24">
            <w:pPr>
              <w:pStyle w:val="Body"/>
            </w:pPr>
            <w:r>
              <w:rPr>
                <w:b/>
              </w:rPr>
              <w:t>Why This Matters</w:t>
            </w:r>
          </w:p>
        </w:tc>
        <w:tc>
          <w:tcPr>
            <w:tcW w:w="6624" w:type="dxa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71C52EDA" w14:textId="77777777" w:rsidR="003B2AD2" w:rsidRDefault="00A12F24">
            <w:pPr>
              <w:pStyle w:val="Body"/>
            </w:pPr>
            <w:r>
              <w:t>[Connect service to the Honor Coach values]</w:t>
            </w:r>
          </w:p>
        </w:tc>
      </w:tr>
    </w:tbl>
    <w:p w14:paraId="774A40ED" w14:textId="77777777" w:rsidR="003B2AD2" w:rsidRDefault="00A12F24">
      <w:pPr>
        <w:pStyle w:val="SectionHead"/>
      </w:pPr>
      <w:r>
        <w:t>5) Nomination Narrative</w:t>
      </w:r>
    </w:p>
    <w:p w14:paraId="76A9AA99" w14:textId="0CF85894" w:rsidR="003B2AD2" w:rsidRDefault="00A12F24">
      <w:pPr>
        <w:pStyle w:val="Body"/>
      </w:pPr>
      <w:r>
        <w:rPr>
          <w:b/>
        </w:rPr>
        <w:t xml:space="preserve">Target length: </w:t>
      </w:r>
      <w:r w:rsidR="004B63A0" w:rsidRPr="004B63A0">
        <w:rPr>
          <w:bCs/>
        </w:rPr>
        <w:t>3</w:t>
      </w:r>
      <w:r>
        <w:t>00-</w:t>
      </w:r>
      <w:r w:rsidR="004B63A0">
        <w:t>6</w:t>
      </w:r>
      <w:r>
        <w:t xml:space="preserve">00 words. </w:t>
      </w:r>
      <w:r>
        <w:rPr>
          <w:b/>
        </w:rPr>
        <w:t xml:space="preserve">Use </w:t>
      </w:r>
      <w:r w:rsidR="004B63A0">
        <w:rPr>
          <w:b/>
        </w:rPr>
        <w:t>2</w:t>
      </w:r>
      <w:r>
        <w:rPr>
          <w:b/>
        </w:rPr>
        <w:t>-</w:t>
      </w:r>
      <w:r w:rsidR="004B63A0">
        <w:rPr>
          <w:b/>
        </w:rPr>
        <w:t>3</w:t>
      </w:r>
      <w:r>
        <w:rPr>
          <w:b/>
        </w:rPr>
        <w:t xml:space="preserve"> paragraphs with this progression:</w:t>
      </w:r>
    </w:p>
    <w:p w14:paraId="66029C00" w14:textId="77777777" w:rsidR="003B2AD2" w:rsidRDefault="00A12F24">
      <w:pPr>
        <w:pStyle w:val="Body"/>
        <w:ind w:left="288"/>
      </w:pPr>
      <w:r>
        <w:t>• Opening case for why the coach is an ideal Honor Coach candidate.</w:t>
      </w:r>
    </w:p>
    <w:p w14:paraId="0D27A5E9" w14:textId="77777777" w:rsidR="003B2AD2" w:rsidRDefault="00A12F24">
      <w:pPr>
        <w:pStyle w:val="Body"/>
        <w:ind w:left="288"/>
      </w:pPr>
      <w:r>
        <w:t>• Professional character and coaching style: integrity, steadiness, expectations, care for students.</w:t>
      </w:r>
    </w:p>
    <w:p w14:paraId="4514A36D" w14:textId="77777777" w:rsidR="003B2AD2" w:rsidRDefault="00A12F24">
      <w:pPr>
        <w:pStyle w:val="Body"/>
        <w:ind w:left="288"/>
      </w:pPr>
      <w:r>
        <w:t>• Program impact: wins, milestones, culture, growth, athlete development.</w:t>
      </w:r>
    </w:p>
    <w:p w14:paraId="43CE66E3" w14:textId="77777777" w:rsidR="003B2AD2" w:rsidRDefault="00A12F24">
      <w:pPr>
        <w:pStyle w:val="Body"/>
        <w:ind w:left="288"/>
      </w:pPr>
      <w:r>
        <w:t>• Broader influence: school leadership, community service, service to the sport.</w:t>
      </w:r>
    </w:p>
    <w:p w14:paraId="604DE795" w14:textId="77777777" w:rsidR="003B2AD2" w:rsidRDefault="00A12F24">
      <w:pPr>
        <w:pStyle w:val="Body"/>
        <w:ind w:left="288"/>
      </w:pPr>
      <w:r>
        <w:t>• Closing paragraph that clearly states why the coach is deserving of recognition.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792"/>
      </w:tblGrid>
      <w:tr w:rsidR="003B2AD2" w14:paraId="2B569D01" w14:textId="77777777">
        <w:trPr>
          <w:jc w:val="center"/>
        </w:trPr>
        <w:tc>
          <w:tcPr>
            <w:tcW w:w="9792" w:type="dxa"/>
            <w:shd w:val="clear" w:color="auto" w:fill="F7F9FB"/>
            <w:tcMar>
              <w:top w:w="140" w:type="dxa"/>
              <w:left w:w="120" w:type="dxa"/>
              <w:bottom w:w="140" w:type="dxa"/>
              <w:right w:w="120" w:type="dxa"/>
            </w:tcMar>
          </w:tcPr>
          <w:p w14:paraId="27BA2628" w14:textId="77777777" w:rsidR="003B2AD2" w:rsidRDefault="00A12F24">
            <w:pPr>
              <w:pStyle w:val="Body"/>
            </w:pPr>
            <w:r>
              <w:rPr>
                <w:b/>
              </w:rPr>
              <w:t xml:space="preserve">Narrative starter: </w:t>
            </w:r>
            <w:r>
              <w:t>[COACH NAME] is an exceptional Honor Coach candidate because [1-2 sentence core case]. His / her / their influence extends well beyond competitive success, reaching athletes, colleagues, families, and the broader community through [professionalism / service / leadership / culture-building].</w:t>
            </w:r>
          </w:p>
        </w:tc>
      </w:tr>
    </w:tbl>
    <w:p w14:paraId="34D20C5A" w14:textId="77777777" w:rsidR="003B2AD2" w:rsidRDefault="00A12F24">
      <w:pPr>
        <w:pStyle w:val="SectionHead"/>
      </w:pPr>
      <w:r>
        <w:t>6) Supporting Quotes</w:t>
      </w:r>
    </w:p>
    <w:p w14:paraId="79309C21" w14:textId="43459BD5" w:rsidR="003B2AD2" w:rsidRDefault="00A12F24">
      <w:pPr>
        <w:pStyle w:val="Body"/>
      </w:pPr>
      <w:r>
        <w:rPr>
          <w:b/>
        </w:rPr>
        <w:t xml:space="preserve">Use </w:t>
      </w:r>
      <w:r w:rsidR="004B63A0">
        <w:rPr>
          <w:b/>
        </w:rPr>
        <w:t>2</w:t>
      </w:r>
      <w:r>
        <w:rPr>
          <w:b/>
        </w:rPr>
        <w:t>-</w:t>
      </w:r>
      <w:r w:rsidR="004B63A0">
        <w:rPr>
          <w:b/>
        </w:rPr>
        <w:t>3</w:t>
      </w:r>
      <w:r>
        <w:rPr>
          <w:b/>
        </w:rPr>
        <w:t xml:space="preserve"> quotes total. </w:t>
      </w:r>
      <w:r>
        <w:t>Aim for a mix of administrator, athlete, colleague, and community voice. Shorter, sharper quotes usually read better than long testimonials.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488"/>
        <w:gridCol w:w="2160"/>
      </w:tblGrid>
      <w:tr w:rsidR="003B2AD2" w14:paraId="7867F384" w14:textId="77777777">
        <w:trPr>
          <w:jc w:val="center"/>
        </w:trPr>
        <w:tc>
          <w:tcPr>
            <w:tcW w:w="7488" w:type="dxa"/>
            <w:shd w:val="clear" w:color="auto" w:fill="D9EAF7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8E28A1C" w14:textId="77777777" w:rsidR="003B2AD2" w:rsidRDefault="00A12F24">
            <w:pPr>
              <w:pStyle w:val="Body"/>
            </w:pPr>
            <w:r>
              <w:rPr>
                <w:b/>
              </w:rPr>
              <w:t>Quote</w:t>
            </w:r>
          </w:p>
        </w:tc>
        <w:tc>
          <w:tcPr>
            <w:tcW w:w="2160" w:type="dxa"/>
            <w:shd w:val="clear" w:color="auto" w:fill="D9EAF7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5D93236" w14:textId="77777777" w:rsidR="003B2AD2" w:rsidRDefault="00A12F24">
            <w:pPr>
              <w:pStyle w:val="Body"/>
            </w:pPr>
            <w:r>
              <w:rPr>
                <w:b/>
              </w:rPr>
              <w:t>Attribution</w:t>
            </w:r>
          </w:p>
        </w:tc>
      </w:tr>
      <w:tr w:rsidR="003B2AD2" w14:paraId="453810AE" w14:textId="77777777">
        <w:trPr>
          <w:jc w:val="center"/>
        </w:trPr>
        <w:tc>
          <w:tcPr>
            <w:tcW w:w="7488" w:type="dxa"/>
          </w:tcPr>
          <w:p w14:paraId="46F60E1B" w14:textId="77777777" w:rsidR="003B2AD2" w:rsidRDefault="00A12F24">
            <w:pPr>
              <w:pStyle w:val="Quote"/>
            </w:pPr>
            <w:r>
              <w:t>"[Insert a concise, vivid quote that speaks to impact and character.]"</w:t>
            </w:r>
          </w:p>
        </w:tc>
        <w:tc>
          <w:tcPr>
            <w:tcW w:w="2160" w:type="dxa"/>
          </w:tcPr>
          <w:p w14:paraId="68880516" w14:textId="77777777" w:rsidR="003B2AD2" w:rsidRDefault="00A12F24">
            <w:pPr>
              <w:pStyle w:val="Body"/>
            </w:pPr>
            <w:r>
              <w:t>[Name, Title / Relationship]</w:t>
            </w:r>
          </w:p>
        </w:tc>
      </w:tr>
    </w:tbl>
    <w:p w14:paraId="12E4CE70" w14:textId="77777777" w:rsidR="003B2AD2" w:rsidRDefault="00A12F24">
      <w:pPr>
        <w:pStyle w:val="SectionHead"/>
      </w:pPr>
      <w:r>
        <w:t>7) Final Review Checklist</w:t>
      </w:r>
    </w:p>
    <w:p w14:paraId="6ED04F63" w14:textId="77777777" w:rsidR="003B2AD2" w:rsidRDefault="00A12F24">
      <w:pPr>
        <w:pStyle w:val="Body"/>
        <w:ind w:left="288"/>
      </w:pPr>
      <w:r>
        <w:t>☐ Confirm the nominee meets CCS eligibility requirements.</w:t>
      </w:r>
    </w:p>
    <w:p w14:paraId="48828BB7" w14:textId="7CBA476D" w:rsidR="003B2AD2" w:rsidRDefault="004B63A0">
      <w:pPr>
        <w:pStyle w:val="Body"/>
        <w:ind w:left="288"/>
      </w:pPr>
      <w:r>
        <w:t xml:space="preserve">☐ Principal/Admin Approval </w:t>
      </w:r>
      <w:r w:rsidRPr="004B63A0">
        <w:t>(Can CC via e-mail when sending)</w:t>
      </w:r>
    </w:p>
    <w:p w14:paraId="5336C3F8" w14:textId="6274BB4C" w:rsidR="003B2AD2" w:rsidRDefault="004B63A0">
      <w:pPr>
        <w:pStyle w:val="Body"/>
        <w:ind w:left="288"/>
      </w:pPr>
      <w:r>
        <w:t xml:space="preserve">☐ League Commissioner Approval </w:t>
      </w:r>
      <w:r w:rsidRPr="004B63A0">
        <w:t>(Can CC via e-mail when sending)</w:t>
      </w:r>
    </w:p>
    <w:p w14:paraId="03EFBAAE" w14:textId="0044D502" w:rsidR="00F35DF1" w:rsidRDefault="004B63A0" w:rsidP="00BA70A9">
      <w:pPr>
        <w:pStyle w:val="Body"/>
        <w:ind w:left="288"/>
      </w:pPr>
      <w:r>
        <w:t>☐ Attach</w:t>
      </w:r>
      <w:r w:rsidR="00A12F24">
        <w:t xml:space="preserve"> a photo and CC all required administrators before submission.</w:t>
      </w:r>
      <w:r w:rsidR="00BA70A9">
        <w:t xml:space="preserve"> </w:t>
      </w:r>
    </w:p>
    <w:sectPr w:rsidR="00F35DF1" w:rsidSect="00034616">
      <w:pgSz w:w="12240" w:h="15840"/>
      <w:pgMar w:top="936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09730192">
    <w:abstractNumId w:val="8"/>
  </w:num>
  <w:num w:numId="2" w16cid:durableId="1404445991">
    <w:abstractNumId w:val="6"/>
  </w:num>
  <w:num w:numId="3" w16cid:durableId="215630432">
    <w:abstractNumId w:val="5"/>
  </w:num>
  <w:num w:numId="4" w16cid:durableId="1585458508">
    <w:abstractNumId w:val="4"/>
  </w:num>
  <w:num w:numId="5" w16cid:durableId="990257727">
    <w:abstractNumId w:val="7"/>
  </w:num>
  <w:num w:numId="6" w16cid:durableId="409279325">
    <w:abstractNumId w:val="3"/>
  </w:num>
  <w:num w:numId="7" w16cid:durableId="735516680">
    <w:abstractNumId w:val="2"/>
  </w:num>
  <w:num w:numId="8" w16cid:durableId="828131544">
    <w:abstractNumId w:val="1"/>
  </w:num>
  <w:num w:numId="9" w16cid:durableId="2064088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B2AD2"/>
    <w:rsid w:val="004B63A0"/>
    <w:rsid w:val="005E6FCB"/>
    <w:rsid w:val="0077639A"/>
    <w:rsid w:val="008E6CD7"/>
    <w:rsid w:val="009757AD"/>
    <w:rsid w:val="00A12F24"/>
    <w:rsid w:val="00AA1D8D"/>
    <w:rsid w:val="00AC47A2"/>
    <w:rsid w:val="00B47730"/>
    <w:rsid w:val="00BA70A9"/>
    <w:rsid w:val="00CB0664"/>
    <w:rsid w:val="00CB575A"/>
    <w:rsid w:val="00CF0303"/>
    <w:rsid w:val="00EB1BFF"/>
    <w:rsid w:val="00F17436"/>
    <w:rsid w:val="00F35DF1"/>
    <w:rsid w:val="00F910A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8A7A48"/>
  <w14:defaultImageDpi w14:val="330"/>
  <w15:docId w15:val="{CF2D3973-E397-4044-830B-75AABB8AC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80" w:line="240" w:lineRule="auto"/>
      <w:contextualSpacing/>
    </w:pPr>
    <w:rPr>
      <w:rFonts w:asciiTheme="majorHAnsi" w:eastAsiaTheme="majorEastAsia" w:hAnsiTheme="majorHAnsi" w:cstheme="majorBidi"/>
      <w:b/>
      <w:color w:val="1F4E79"/>
      <w:spacing w:val="5"/>
      <w:kern w:val="28"/>
      <w:sz w:val="4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5A5A5A"/>
      <w:spacing w:val="15"/>
      <w:sz w:val="21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pPr>
      <w:spacing w:after="80"/>
      <w:ind w:left="288"/>
    </w:pPr>
    <w:rPr>
      <w:rFonts w:ascii="Aptos" w:hAnsi="Aptos"/>
      <w:i/>
      <w:iCs/>
      <w:color w:val="000000" w:themeColor="text1"/>
      <w:sz w:val="20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SectionHead">
    <w:name w:val="SectionHead"/>
    <w:pPr>
      <w:spacing w:before="200" w:after="100"/>
    </w:pPr>
    <w:rPr>
      <w:rFonts w:ascii="Aptos" w:hAnsi="Aptos"/>
      <w:b/>
      <w:color w:val="1F4E79"/>
      <w:sz w:val="23"/>
    </w:rPr>
  </w:style>
  <w:style w:type="paragraph" w:customStyle="1" w:styleId="Body">
    <w:name w:val="Body"/>
    <w:pPr>
      <w:spacing w:after="120"/>
    </w:pPr>
    <w:rPr>
      <w:rFonts w:ascii="Aptos" w:hAnsi="Aptos"/>
      <w:sz w:val="21"/>
    </w:rPr>
  </w:style>
  <w:style w:type="paragraph" w:customStyle="1" w:styleId="Small">
    <w:name w:val="Small"/>
    <w:pPr>
      <w:spacing w:after="60"/>
    </w:pPr>
    <w:rPr>
      <w:rFonts w:ascii="Aptos" w:hAnsi="Aptos"/>
      <w:color w:val="50505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464</Words>
  <Characters>2966</Characters>
  <Application>Microsoft Office Word</Application>
  <DocSecurity>0</DocSecurity>
  <Lines>78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3359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Marco Sanchez</cp:lastModifiedBy>
  <cp:revision>2</cp:revision>
  <dcterms:created xsi:type="dcterms:W3CDTF">2026-03-23T17:19:00Z</dcterms:created>
  <dcterms:modified xsi:type="dcterms:W3CDTF">2026-03-23T17:19:00Z</dcterms:modified>
  <cp:category/>
</cp:coreProperties>
</file>